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sz w:val="34"/>
        </w:rPr>
        <w:t>SEPA Business-to-Business Direct Debit Mandate</w:t>
      </w:r>
    </w:p>
    <w:p>
      <w:pPr>
        <w:spacing w:before="160" w:after="40"/>
      </w:pPr>
      <w:r>
        <w:rPr>
          <w:b/>
          <w:sz w:val="22"/>
        </w:rPr>
        <w:t>Creditor</w:t>
      </w:r>
    </w:p>
    <w:p>
      <w:pPr>
        <w:keepNext/>
        <w:spacing w:before="100" w:after="0"/>
      </w:pPr>
      <w:r>
        <w:rPr>
          <w:color w:val="566573"/>
          <w:sz w:val="16"/>
        </w:rPr>
        <w:t>Creditor name</w:t>
      </w:r>
    </w:p>
    <w:p>
      <w:pPr>
        <w:spacing w:after="40"/>
        <w:pBdr>
          <w:bottom w:val="single" w:sz="6" w:space="1" w:color="8E9AA3"/>
        </w:pBdr>
      </w:pPr>
      <w:sdt>
        <w:sdtPr>
          <w:alias w:val="Creditor name"/>
          <w:tag w:val="glaeubiger_name"/>
          <w:id w:val="806508798"/>
          <w:showingPlcHdr/>
          <w:text/>
        </w:sdtPr>
        <w:sdtContent>
          <w:r>
            <w:rPr>
              <w:rStyle w:val="PlaceholderText"/>
              <w:shd w:val="clear" w:color="auto" w:fill="E8EDE9"/>
            </w:rPr>
            <w:t xml:space="preserve">[Creditor name]</w:t>
          </w:r>
        </w:sdtContent>
      </w:sdt>
    </w:p>
    <w:p>
      <w:pPr>
        <w:keepNext/>
        <w:spacing w:before="100" w:after="0"/>
      </w:pPr>
      <w:r>
        <w:rPr>
          <w:color w:val="566573"/>
          <w:sz w:val="16"/>
        </w:rPr>
        <w:t>Street name and number</w:t>
      </w:r>
    </w:p>
    <w:p>
      <w:pPr>
        <w:spacing w:after="40"/>
        <w:pBdr>
          <w:bottom w:val="single" w:sz="6" w:space="1" w:color="8E9AA3"/>
        </w:pBdr>
      </w:pPr>
      <w:sdt>
        <w:sdtPr>
          <w:alias w:val="Street name and number"/>
          <w:tag w:val="glaeubiger_strasse"/>
          <w:id w:val="330473024"/>
          <w:showingPlcHdr/>
          <w:text/>
        </w:sdtPr>
        <w:sdtContent>
          <w:r>
            <w:rPr>
              <w:rStyle w:val="PlaceholderText"/>
              <w:shd w:val="clear" w:color="auto" w:fill="E8EDE9"/>
            </w:rPr>
            <w:t xml:space="preserve">[Street name and number]</w:t>
          </w:r>
        </w:sdtContent>
      </w:sdt>
    </w:p>
    <w:p>
      <w:pPr>
        <w:keepNext/>
        <w:spacing w:before="100" w:after="0"/>
      </w:pPr>
      <w:r>
        <w:rPr>
          <w:color w:val="566573"/>
          <w:sz w:val="16"/>
        </w:rPr>
        <w:t>Postal code and city</w:t>
      </w:r>
    </w:p>
    <w:p>
      <w:pPr>
        <w:spacing w:after="40"/>
        <w:pBdr>
          <w:bottom w:val="single" w:sz="6" w:space="1" w:color="8E9AA3"/>
        </w:pBdr>
      </w:pPr>
      <w:sdt>
        <w:sdtPr>
          <w:alias w:val="Postal code and city"/>
          <w:tag w:val="glaeubiger_ort"/>
          <w:id w:val="386138687"/>
          <w:showingPlcHdr/>
          <w:text/>
        </w:sdtPr>
        <w:sdtContent>
          <w:r>
            <w:rPr>
              <w:rStyle w:val="PlaceholderText"/>
              <w:shd w:val="clear" w:color="auto" w:fill="E8EDE9"/>
            </w:rPr>
            <w:t xml:space="preserve">[Postal code and city]</w:t>
          </w:r>
        </w:sdtContent>
      </w:sdt>
    </w:p>
    <w:p>
      <w:pPr>
        <w:keepNext/>
        <w:spacing w:before="100" w:after="0"/>
      </w:pPr>
      <w:r>
        <w:rPr>
          <w:color w:val="566573"/>
          <w:sz w:val="16"/>
        </w:rPr>
        <w:t>Country</w:t>
      </w:r>
    </w:p>
    <w:p>
      <w:pPr>
        <w:spacing w:after="40"/>
        <w:pBdr>
          <w:bottom w:val="single" w:sz="6" w:space="1" w:color="8E9AA3"/>
        </w:pBdr>
      </w:pPr>
      <w:sdt>
        <w:sdtPr>
          <w:alias w:val="Country"/>
          <w:tag w:val="glaeubiger_land"/>
          <w:id w:val="428848560"/>
          <w:showingPlcHdr/>
          <w:text/>
        </w:sdtPr>
        <w:sdtContent>
          <w:r>
            <w:rPr>
              <w:rStyle w:val="PlaceholderText"/>
              <w:shd w:val="clear" w:color="auto" w:fill="E8EDE9"/>
            </w:rPr>
            <w:t xml:space="preserve">[Country]</w:t>
          </w:r>
        </w:sdtContent>
      </w:sdt>
    </w:p>
    <w:p>
      <w:pPr>
        <w:keepNext/>
        <w:spacing w:before="100" w:after="0"/>
      </w:pPr>
      <w:r>
        <w:rPr>
          <w:color w:val="566573"/>
          <w:sz w:val="16"/>
        </w:rPr>
        <w:t>Creditor identifier</w:t>
      </w:r>
    </w:p>
    <w:p>
      <w:pPr>
        <w:spacing w:after="40"/>
        <w:pBdr>
          <w:bottom w:val="single" w:sz="6" w:space="1" w:color="8E9AA3"/>
        </w:pBdr>
      </w:pPr>
      <w:sdt>
        <w:sdtPr>
          <w:alias w:val="Creditor identifier"/>
          <w:tag w:val="glaeubiger_id"/>
          <w:id w:val="705603859"/>
          <w:showingPlcHdr/>
          <w:text/>
        </w:sdtPr>
        <w:sdtContent>
          <w:r>
            <w:rPr>
              <w:rStyle w:val="PlaceholderText"/>
              <w:shd w:val="clear" w:color="auto" w:fill="E8EDE9"/>
            </w:rPr>
            <w:t xml:space="preserve">[Creditor identifier]</w:t>
          </w:r>
        </w:sdtContent>
      </w:sdt>
    </w:p>
    <w:p>
      <w:pPr>
        <w:keepNext/>
        <w:spacing w:before="100" w:after="0"/>
      </w:pPr>
      <w:r>
        <w:rPr>
          <w:color w:val="566573"/>
          <w:sz w:val="16"/>
        </w:rPr>
        <w:t>Mandate reference – to be completed by the creditor</w:t>
      </w:r>
    </w:p>
    <w:p>
      <w:pPr>
        <w:spacing w:after="40"/>
        <w:pBdr>
          <w:bottom w:val="single" w:sz="6" w:space="1" w:color="8E9AA3"/>
        </w:pBdr>
      </w:pPr>
      <w:sdt>
        <w:sdtPr>
          <w:alias w:val="Mandate reference"/>
          <w:tag w:val="mandatsreferenz"/>
          <w:id w:val="794599925"/>
          <w:showingPlcHdr/>
          <w:text/>
        </w:sdtPr>
        <w:sdtContent>
          <w:r>
            <w:rPr>
              <w:rStyle w:val="PlaceholderText"/>
              <w:shd w:val="clear" w:color="auto" w:fill="E8EDE9"/>
            </w:rPr>
            <w:t xml:space="preserve">[Mandate reference]</w:t>
          </w:r>
        </w:sdtContent>
      </w:sdt>
    </w:p>
    <w:p>
      <w:pPr>
        <w:spacing w:before="240"/>
      </w:pPr>
      <w:r>
        <w:t xml:space="preserve">By signing this mandate form, you authorise (A) </w:t>
      </w:r>
      <w:sdt>
        <w:sdtPr>
          <w:alias w:val="Creditor name"/>
          <w:tag w:val="glaeubiger_name_text"/>
          <w:id w:val="681299914"/>
          <w:showingPlcHdr/>
          <w:text/>
        </w:sdtPr>
        <w:sdtContent>
          <w:r>
            <w:rPr>
              <w:rStyle w:val="PlaceholderText"/>
              <w:shd w:val="clear" w:color="auto" w:fill="E8EDE9"/>
            </w:rPr>
            <w:t xml:space="preserve">[Creditor name]</w:t>
          </w:r>
        </w:sdtContent>
      </w:sdt>
      <w:r>
        <w:t xml:space="preserve"> to send instructions to your bank to debit your account and (B) your bank to debit your account in accordance with the instructions from </w:t>
      </w:r>
      <w:sdt>
        <w:sdtPr>
          <w:alias w:val="Creditor name"/>
          <w:tag w:val="glaeubiger_name_text"/>
          <w:id w:val="772486575"/>
          <w:showingPlcHdr/>
          <w:text/>
        </w:sdtPr>
        <w:sdtContent>
          <w:r>
            <w:rPr>
              <w:rStyle w:val="PlaceholderText"/>
              <w:shd w:val="clear" w:color="auto" w:fill="E8EDE9"/>
            </w:rPr>
            <w:t xml:space="preserve">[Creditor name]</w:t>
          </w:r>
        </w:sdtContent>
      </w:sdt>
      <w:r>
        <w:t>. This mandate is only intended for business-to-business transactions. You are not entitled to a refund from your bank after your account has been debited, but you are entitled to request your bank not to debit your account up until the day on which the payment is due.</w:t>
      </w:r>
    </w:p>
    <w:p>
      <w:pPr>
        <w:spacing w:before="160"/>
      </w:pPr>
      <w:r>
        <w:rPr>
          <w:b/>
        </w:rPr>
        <w:t xml:space="preserve">Type of payment:   </w:t>
      </w:r>
      <w:r>
        <w:t>☐ Recurrent payment      ☐ One-off payment</w:t>
      </w:r>
    </w:p>
    <w:p>
      <w:pPr>
        <w:spacing w:before="160" w:after="40"/>
      </w:pPr>
      <w:r>
        <w:rPr>
          <w:b/>
          <w:sz w:val="22"/>
        </w:rPr>
        <w:t>Debtor (account holder)</w:t>
      </w:r>
    </w:p>
    <w:p>
      <w:pPr>
        <w:keepNext/>
        <w:spacing w:before="100" w:after="0"/>
      </w:pPr>
      <w:r>
        <w:rPr>
          <w:color w:val="566573"/>
          <w:sz w:val="16"/>
        </w:rPr>
        <w:t>Company name of the debtor (account holder)</w:t>
      </w:r>
    </w:p>
    <w:p>
      <w:pPr>
        <w:spacing w:before="180" w:after="40"/>
        <w:pBdr>
          <w:bottom w:val="single" w:sz="6" w:space="1" w:color="8E9AA3"/>
        </w:pBdr>
      </w:pPr>
    </w:p>
    <w:p>
      <w:pPr>
        <w:keepNext/>
        <w:spacing w:before="100" w:after="0"/>
      </w:pPr>
      <w:r>
        <w:rPr>
          <w:color w:val="566573"/>
          <w:sz w:val="16"/>
        </w:rPr>
        <w:t>Street name and number</w:t>
      </w:r>
    </w:p>
    <w:p>
      <w:pPr>
        <w:spacing w:before="180" w:after="40"/>
        <w:pBdr>
          <w:bottom w:val="single" w:sz="6" w:space="1" w:color="8E9AA3"/>
        </w:pBdr>
      </w:pPr>
    </w:p>
    <w:p>
      <w:pPr>
        <w:keepNext/>
        <w:spacing w:before="100" w:after="0"/>
      </w:pPr>
      <w:r>
        <w:rPr>
          <w:color w:val="566573"/>
          <w:sz w:val="16"/>
        </w:rPr>
        <w:t>Postal code and city</w:t>
      </w:r>
    </w:p>
    <w:p>
      <w:pPr>
        <w:spacing w:before="180" w:after="40"/>
        <w:pBdr>
          <w:bottom w:val="single" w:sz="6" w:space="1" w:color="8E9AA3"/>
        </w:pBdr>
      </w:pPr>
    </w:p>
    <w:p>
      <w:pPr>
        <w:keepNext/>
        <w:spacing w:before="100" w:after="0"/>
      </w:pPr>
      <w:r>
        <w:rPr>
          <w:color w:val="566573"/>
          <w:sz w:val="16"/>
        </w:rPr>
        <w:t>Country</w:t>
      </w:r>
    </w:p>
    <w:p>
      <w:pPr>
        <w:spacing w:before="180" w:after="40"/>
        <w:pBdr>
          <w:bottom w:val="single" w:sz="6" w:space="1" w:color="8E9AA3"/>
        </w:pBdr>
      </w:pPr>
    </w:p>
    <w:p>
      <w:pPr>
        <w:keepNext/>
        <w:spacing w:before="100" w:after="0"/>
      </w:pPr>
      <w:r>
        <w:rPr>
          <w:color w:val="566573"/>
          <w:sz w:val="16"/>
        </w:rPr>
        <w:t>Account number – IBAN</w:t>
      </w:r>
    </w:p>
    <w:p>
      <w:pPr>
        <w:spacing w:before="180" w:after="40"/>
        <w:pBdr>
          <w:bottom w:val="single" w:sz="6" w:space="1" w:color="8E9AA3"/>
        </w:pBdr>
      </w:pPr>
    </w:p>
    <w:p>
      <w:pPr>
        <w:keepNext/>
        <w:spacing w:before="100" w:after="0"/>
      </w:pPr>
      <w:r>
        <w:rPr>
          <w:color w:val="566573"/>
          <w:sz w:val="16"/>
        </w:rPr>
        <w:t>SWIFT BIC (only required if a bank outside the EEA is involved)</w:t>
      </w:r>
    </w:p>
    <w:p>
      <w:pPr>
        <w:spacing w:before="180" w:after="40"/>
        <w:pBdr>
          <w:bottom w:val="single" w:sz="6" w:space="1" w:color="8E9AA3"/>
        </w:pBdr>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948"/>
        <w:gridCol w:w="340"/>
        <w:gridCol w:w="1928"/>
        <w:gridCol w:w="340"/>
        <w:gridCol w:w="4082"/>
      </w:tblGrid>
      <w:tr>
        <w:tc>
          <w:tcPr>
            <w:tcW w:type="dxa" w:w="2948"/>
            <w:tcBorders>
              <w:bottom w:val="single" w:sz="6" w:space="0" w:color="8E9AA3"/>
            </w:tcBorders>
          </w:tcPr>
          <w:p>
            <w:pPr>
              <w:spacing w:after="20" w:before="200"/>
            </w:pPr>
            <w:r>
              <w:rPr>
                <w:color w:val="566573"/>
                <w:sz w:val="15"/>
              </w:rPr>
              <w:t>City or town in which you are signing</w:t>
            </w:r>
          </w:p>
          <w:p>
            <w:pPr>
              <w:spacing w:after="360"/>
            </w:pPr>
          </w:p>
        </w:tc>
        <w:tc>
          <w:tcPr>
            <w:tcW w:type="dxa" w:w="340"/>
          </w:tcPr>
          <w:p/>
        </w:tc>
        <w:tc>
          <w:tcPr>
            <w:tcW w:type="dxa" w:w="1928"/>
            <w:tcBorders>
              <w:bottom w:val="single" w:sz="6" w:space="0" w:color="8E9AA3"/>
            </w:tcBorders>
          </w:tcPr>
          <w:p>
            <w:pPr>
              <w:spacing w:after="20" w:before="200"/>
            </w:pPr>
            <w:r>
              <w:rPr>
                <w:color w:val="566573"/>
                <w:sz w:val="15"/>
              </w:rPr>
              <w:t>Date</w:t>
            </w:r>
          </w:p>
          <w:p>
            <w:pPr>
              <w:spacing w:after="360"/>
            </w:pPr>
          </w:p>
        </w:tc>
        <w:tc>
          <w:tcPr>
            <w:tcW w:type="dxa" w:w="340"/>
          </w:tcPr>
          <w:p/>
        </w:tc>
        <w:tc>
          <w:tcPr>
            <w:tcW w:type="dxa" w:w="4082"/>
            <w:tcBorders>
              <w:bottom w:val="single" w:sz="6" w:space="0" w:color="8E9AA3"/>
            </w:tcBorders>
          </w:tcPr>
          <w:p>
            <w:pPr>
              <w:spacing w:after="20" w:before="200"/>
            </w:pPr>
            <w:r>
              <w:rPr>
                <w:color w:val="566573"/>
                <w:sz w:val="15"/>
              </w:rPr>
              <w:t>Signature(s) of the debtor</w:t>
            </w:r>
          </w:p>
          <w:p>
            <w:pPr>
              <w:spacing w:after="360"/>
            </w:pPr>
          </w:p>
        </w:tc>
      </w:tr>
    </w:tbl>
    <w:p>
      <w:pPr>
        <w:spacing w:before="160"/>
      </w:pPr>
      <w:r>
        <w:rPr>
          <w:sz w:val="17"/>
        </w:rPr>
        <w:t xml:space="preserve">Please return to: </w:t>
      </w:r>
      <w:sdt>
        <w:sdtPr>
          <w:alias w:val="Creditor name, Street name and number, Postal code and city"/>
          <w:tag w:val="zuruecksenden"/>
          <w:id w:val="302749931"/>
          <w:showingPlcHdr/>
          <w:text/>
        </w:sdtPr>
        <w:sdtContent>
          <w:r>
            <w:rPr>
              <w:rStyle w:val="PlaceholderText"/>
              <w:shd w:val="clear" w:color="auto" w:fill="E8EDE9"/>
            </w:rPr>
            <w:t xml:space="preserve">[Creditor name, Street name and number, Postal code and city]</w:t>
          </w:r>
        </w:sdtContent>
      </w:sdt>
    </w:p>
    <w:p>
      <w:pPr>
        <w:spacing w:before="360"/>
      </w:pPr>
      <w:r>
        <w:rPr>
          <w:i/>
          <w:sz w:val="17"/>
        </w:rPr>
        <w:t>Important for the debtor: confirm this mandate with your bank before the first collection, for example by giving it a copy. Without confirmation, your bank will return the collection.</w:t>
      </w:r>
    </w:p>
    <w:sectPr w:rsidR="00FC693F" w:rsidRPr="0006063C" w:rsidSect="00034616">
      <w:footerReference w:type="default" r:id="rId9"/>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66573"/>
        <w:sz w:val="14"/>
      </w:rPr>
      <w:t>Template from sepafilechecker.com – free check of SEPA direct debit files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olor w:val="1728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59636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 Business-to-Business Direct Debit Mandate</dc:title>
  <dc:subject>SEPA Business-to-Business Direct Debit Mandate</dc:subject>
  <dc:creator>sepafilechecker.com</dc:creator>
  <cp:keywords/>
  <dc:description>Replace the shaded details in square brackets with your own. Do not change the mandate text itself.</dc:description>
  <cp:lastModifiedBy/>
  <cp:revision>1</cp:revision>
  <dcterms:created xsi:type="dcterms:W3CDTF">2013-12-23T23:15:00Z</dcterms:created>
  <dcterms:modified xsi:type="dcterms:W3CDTF">2013-12-23T23:15:00Z</dcterms:modified>
  <cp:category/>
  <dc:language>en-GB</dc:language>
</cp:coreProperties>
</file>