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4"/>
        </w:rPr>
        <w:t>SEPA Direct Debit Mandate</w:t>
      </w:r>
    </w:p>
    <w:p>
      <w:pPr>
        <w:spacing w:before="160" w:after="40"/>
      </w:pPr>
      <w:r>
        <w:rPr>
          <w:b/>
          <w:sz w:val="22"/>
        </w:rPr>
        <w:t>Creditor</w:t>
      </w:r>
    </w:p>
    <w:p>
      <w:pPr>
        <w:keepNext/>
        <w:spacing w:before="100" w:after="0"/>
      </w:pPr>
      <w:r>
        <w:rPr>
          <w:color w:val="566573"/>
          <w:sz w:val="16"/>
        </w:rPr>
        <w:t>Creditor name</w:t>
      </w:r>
    </w:p>
    <w:p>
      <w:pPr>
        <w:spacing w:after="40"/>
        <w:pBdr>
          <w:bottom w:val="single" w:sz="6" w:space="1" w:color="8E9AA3"/>
        </w:pBdr>
      </w:pPr>
      <w:sdt>
        <w:sdtPr>
          <w:alias w:val="Creditor name"/>
          <w:tag w:val="glaeubiger_name"/>
          <w:id w:val="239385705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[Creditor name]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Street name and number</w:t>
      </w:r>
    </w:p>
    <w:p>
      <w:pPr>
        <w:spacing w:after="40"/>
        <w:pBdr>
          <w:bottom w:val="single" w:sz="6" w:space="1" w:color="8E9AA3"/>
        </w:pBdr>
      </w:pPr>
      <w:sdt>
        <w:sdtPr>
          <w:alias w:val="Street name and number"/>
          <w:tag w:val="glaeubiger_strasse"/>
          <w:id w:val="378747656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[Street name and number]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Postal code and city</w:t>
      </w:r>
    </w:p>
    <w:p>
      <w:pPr>
        <w:spacing w:after="40"/>
        <w:pBdr>
          <w:bottom w:val="single" w:sz="6" w:space="1" w:color="8E9AA3"/>
        </w:pBdr>
      </w:pPr>
      <w:sdt>
        <w:sdtPr>
          <w:alias w:val="Postal code and city"/>
          <w:tag w:val="glaeubiger_ort"/>
          <w:id w:val="495519318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[Postal code and city]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Country</w:t>
      </w:r>
    </w:p>
    <w:p>
      <w:pPr>
        <w:spacing w:after="40"/>
        <w:pBdr>
          <w:bottom w:val="single" w:sz="6" w:space="1" w:color="8E9AA3"/>
        </w:pBdr>
      </w:pPr>
      <w:sdt>
        <w:sdtPr>
          <w:alias w:val="Country"/>
          <w:tag w:val="glaeubiger_land"/>
          <w:id w:val="442272763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[Country]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Creditor identifier</w:t>
      </w:r>
    </w:p>
    <w:p>
      <w:pPr>
        <w:spacing w:after="40"/>
        <w:pBdr>
          <w:bottom w:val="single" w:sz="6" w:space="1" w:color="8E9AA3"/>
        </w:pBdr>
      </w:pPr>
      <w:sdt>
        <w:sdtPr>
          <w:alias w:val="Creditor identifier"/>
          <w:tag w:val="glaeubiger_id"/>
          <w:id w:val="194183698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[Creditor identifier]</w:t>
          </w:r>
        </w:sdtContent>
      </w:sdt>
    </w:p>
    <w:p>
      <w:pPr>
        <w:keepNext/>
        <w:spacing w:before="100" w:after="0"/>
      </w:pPr>
      <w:r>
        <w:rPr>
          <w:color w:val="566573"/>
          <w:sz w:val="16"/>
        </w:rPr>
        <w:t>Mandate reference – to be completed by the creditor</w:t>
      </w:r>
    </w:p>
    <w:p>
      <w:pPr>
        <w:spacing w:after="40"/>
        <w:pBdr>
          <w:bottom w:val="single" w:sz="6" w:space="1" w:color="8E9AA3"/>
        </w:pBdr>
      </w:pPr>
      <w:sdt>
        <w:sdtPr>
          <w:alias w:val="Mandate reference"/>
          <w:tag w:val="mandatsreferenz"/>
          <w:id w:val="112378444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[Mandate reference]</w:t>
          </w:r>
        </w:sdtContent>
      </w:sdt>
    </w:p>
    <w:p>
      <w:pPr>
        <w:spacing w:before="240"/>
      </w:pPr>
      <w:r>
        <w:t xml:space="preserve">By signing this mandate form, you authorise (A) </w:t>
      </w:r>
      <w:sdt>
        <w:sdtPr>
          <w:alias w:val="Creditor name"/>
          <w:tag w:val="glaeubiger_name_text"/>
          <w:id w:val="998802050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[Creditor name]</w:t>
          </w:r>
        </w:sdtContent>
      </w:sdt>
      <w:r>
        <w:t xml:space="preserve"> to send instructions to your bank to debit your account and (B) your bank to debit your account in accordance with the instructions from </w:t>
      </w:r>
      <w:sdt>
        <w:sdtPr>
          <w:alias w:val="Creditor name"/>
          <w:tag w:val="glaeubiger_name_text"/>
          <w:id w:val="963144598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[Creditor name]</w:t>
          </w:r>
        </w:sdtContent>
      </w:sdt>
      <w:r>
        <w:t>. As part of your rights, you are entitled to a refund from your bank under the terms and conditions of your agreement with your bank. A refund must be claimed within 8 weeks starting from the date on which your account was debited.</w:t>
      </w:r>
    </w:p>
    <w:p>
      <w:pPr>
        <w:spacing w:before="160"/>
      </w:pPr>
      <w:r>
        <w:rPr>
          <w:b/>
        </w:rPr>
        <w:t xml:space="preserve">Type of payment:   </w:t>
      </w:r>
      <w:r>
        <w:t>☐ Recurrent payment      ☐ One-off payment</w:t>
      </w:r>
    </w:p>
    <w:p>
      <w:pPr>
        <w:spacing w:before="160" w:after="40"/>
      </w:pPr>
      <w:r>
        <w:rPr>
          <w:b/>
          <w:sz w:val="22"/>
        </w:rPr>
        <w:t>Debtor (account holder)</w:t>
      </w:r>
    </w:p>
    <w:p>
      <w:pPr>
        <w:keepNext/>
        <w:spacing w:before="100" w:after="0"/>
      </w:pPr>
      <w:r>
        <w:rPr>
          <w:color w:val="566573"/>
          <w:sz w:val="16"/>
        </w:rPr>
        <w:t>Name of the debtor (account holder)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Street name and number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Postal code and city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Country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Account number – IBAN</w:t>
      </w:r>
    </w:p>
    <w:p>
      <w:pPr>
        <w:spacing w:before="180" w:after="40"/>
        <w:pBdr>
          <w:bottom w:val="single" w:sz="6" w:space="1" w:color="8E9AA3"/>
        </w:pBdr>
      </w:pPr>
    </w:p>
    <w:p>
      <w:pPr>
        <w:keepNext/>
        <w:spacing w:before="100" w:after="0"/>
      </w:pPr>
      <w:r>
        <w:rPr>
          <w:color w:val="566573"/>
          <w:sz w:val="16"/>
        </w:rPr>
        <w:t>SWIFT BIC (only required if a bank outside the EEA is involved)</w:t>
      </w:r>
    </w:p>
    <w:p>
      <w:pPr>
        <w:spacing w:before="180" w:after="40"/>
        <w:pBdr>
          <w:bottom w:val="single" w:sz="6" w:space="1" w:color="8E9AA3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48"/>
        <w:gridCol w:w="340"/>
        <w:gridCol w:w="1928"/>
        <w:gridCol w:w="340"/>
        <w:gridCol w:w="4082"/>
      </w:tblGrid>
      <w:tr>
        <w:tc>
          <w:tcPr>
            <w:tcW w:type="dxa" w:w="294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City or town in which you are signing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1928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Date</w:t>
            </w:r>
          </w:p>
          <w:p>
            <w:pPr>
              <w:spacing w:after="360"/>
            </w:pPr>
          </w:p>
        </w:tc>
        <w:tc>
          <w:tcPr>
            <w:tcW w:type="dxa" w:w="340"/>
          </w:tcPr>
          <w:p/>
        </w:tc>
        <w:tc>
          <w:tcPr>
            <w:tcW w:type="dxa" w:w="4082"/>
            <w:tcBorders>
              <w:bottom w:val="single" w:sz="6" w:space="0" w:color="8E9AA3"/>
            </w:tcBorders>
          </w:tcPr>
          <w:p>
            <w:pPr>
              <w:spacing w:after="20" w:before="200"/>
            </w:pPr>
            <w:r>
              <w:rPr>
                <w:color w:val="566573"/>
                <w:sz w:val="15"/>
              </w:rPr>
              <w:t>Signature(s) of the debtor</w:t>
            </w:r>
          </w:p>
          <w:p>
            <w:pPr>
              <w:spacing w:after="360"/>
            </w:pPr>
          </w:p>
        </w:tc>
      </w:tr>
    </w:tbl>
    <w:p>
      <w:pPr>
        <w:spacing w:before="200"/>
      </w:pPr>
      <w:r>
        <w:rPr>
          <w:sz w:val="17"/>
        </w:rPr>
        <w:t>Note: Your rights regarding the above mandate are explained in a statement that you can obtain from your bank.</w:t>
      </w:r>
    </w:p>
    <w:p>
      <w:pPr>
        <w:spacing w:before="160"/>
      </w:pPr>
      <w:r>
        <w:rPr>
          <w:sz w:val="17"/>
        </w:rPr>
        <w:t xml:space="preserve">Please return to: </w:t>
      </w:r>
      <w:sdt>
        <w:sdtPr>
          <w:alias w:val="Creditor name, Street name and number, Postal code and city"/>
          <w:tag w:val="zuruecksenden"/>
          <w:id w:val="226068022"/>
          <w:showingPlcHdr/>
          <w:text/>
        </w:sdtPr>
        <w:sdtContent>
          <w:r>
            <w:rPr>
              <w:rStyle w:val="PlaceholderText"/>
              <w:shd w:val="clear" w:color="auto" w:fill="E8EDE9"/>
            </w:rPr>
            <w:t xml:space="preserve">[Creditor name, Street name and number, Postal code and city]</w:t>
          </w:r>
        </w:sdtContent>
      </w:sdt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6573"/>
        <w:sz w:val="14"/>
      </w:rPr>
      <w:t>Template from sepafilechecker.com – free check of SEPA direct debit files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1728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59636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 Direct Debit Mandate</dc:title>
  <dc:subject>SEPA Direct Debit Mandate</dc:subject>
  <dc:creator>sepafilechecker.com</dc:creator>
  <cp:keywords/>
  <dc:description>Replace the shaded details in square brackets with your own. Do not change the mandate text itself.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