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sz w:val="34"/>
        </w:rPr>
        <w:t>SEPA-Firmenlastschrift-Mandat</w:t>
      </w:r>
    </w:p>
    <w:p>
      <w:pPr>
        <w:spacing w:before="160" w:after="40"/>
      </w:pPr>
      <w:r>
        <w:rPr>
          <w:b/>
          <w:sz w:val="22"/>
        </w:rPr>
        <w:t>Zahlungsempfänger (Gläubiger)</w:t>
      </w:r>
    </w:p>
    <w:p>
      <w:pPr>
        <w:keepNext/>
        <w:spacing w:before="100" w:after="0"/>
      </w:pPr>
      <w:r>
        <w:rPr>
          <w:color w:val="566573"/>
          <w:sz w:val="16"/>
        </w:rPr>
        <w:t>Name des Zahlungsempfängers</w:t>
      </w:r>
    </w:p>
    <w:p>
      <w:pPr>
        <w:spacing w:after="40"/>
        <w:pBdr>
          <w:bottom w:val="single" w:sz="6" w:space="1" w:color="8E9AA3"/>
        </w:pBdr>
      </w:pPr>
      <w:sdt>
        <w:sdtPr>
          <w:alias w:val="Name des Zahlungsempfängers"/>
          <w:tag w:val="glaeubiger_name"/>
          <w:id w:val="344083383"/>
          <w:showingPlcHdr/>
          <w:text/>
        </w:sdtPr>
        <w:sdtContent>
          <w:r>
            <w:rPr>
              <w:rStyle w:val="PlaceholderText"/>
              <w:shd w:val="clear" w:color="auto" w:fill="E8EDE9"/>
            </w:rPr>
            <w:t xml:space="preserve">[Name des Zahlungsempfängers]</w:t>
          </w:r>
        </w:sdtContent>
      </w:sdt>
    </w:p>
    <w:p>
      <w:pPr>
        <w:keepNext/>
        <w:spacing w:before="100" w:after="0"/>
      </w:pPr>
      <w:r>
        <w:rPr>
          <w:color w:val="566573"/>
          <w:sz w:val="16"/>
        </w:rPr>
        <w:t>Straße und Hausnummer</w:t>
      </w:r>
    </w:p>
    <w:p>
      <w:pPr>
        <w:spacing w:after="40"/>
        <w:pBdr>
          <w:bottom w:val="single" w:sz="6" w:space="1" w:color="8E9AA3"/>
        </w:pBdr>
      </w:pPr>
      <w:sdt>
        <w:sdtPr>
          <w:alias w:val="Straße und Hausnummer"/>
          <w:tag w:val="glaeubiger_strasse"/>
          <w:id w:val="127588662"/>
          <w:showingPlcHdr/>
          <w:text/>
        </w:sdtPr>
        <w:sdtContent>
          <w:r>
            <w:rPr>
              <w:rStyle w:val="PlaceholderText"/>
              <w:shd w:val="clear" w:color="auto" w:fill="E8EDE9"/>
            </w:rPr>
            <w:t xml:space="preserve">[Straße und Hausnummer]</w:t>
          </w:r>
        </w:sdtContent>
      </w:sdt>
    </w:p>
    <w:p>
      <w:pPr>
        <w:keepNext/>
        <w:spacing w:before="100" w:after="0"/>
      </w:pPr>
      <w:r>
        <w:rPr>
          <w:color w:val="566573"/>
          <w:sz w:val="16"/>
        </w:rPr>
        <w:t>Postleitzahl und Ort</w:t>
      </w:r>
    </w:p>
    <w:p>
      <w:pPr>
        <w:spacing w:after="40"/>
        <w:pBdr>
          <w:bottom w:val="single" w:sz="6" w:space="1" w:color="8E9AA3"/>
        </w:pBdr>
      </w:pPr>
      <w:sdt>
        <w:sdtPr>
          <w:alias w:val="Postleitzahl und Ort"/>
          <w:tag w:val="glaeubiger_ort"/>
          <w:id w:val="129728059"/>
          <w:showingPlcHdr/>
          <w:text/>
        </w:sdtPr>
        <w:sdtContent>
          <w:r>
            <w:rPr>
              <w:rStyle w:val="PlaceholderText"/>
              <w:shd w:val="clear" w:color="auto" w:fill="E8EDE9"/>
            </w:rPr>
            <w:t xml:space="preserve">[Postleitzahl und Ort]</w:t>
          </w:r>
        </w:sdtContent>
      </w:sdt>
    </w:p>
    <w:p>
      <w:pPr>
        <w:keepNext/>
        <w:spacing w:before="100" w:after="0"/>
      </w:pPr>
      <w:r>
        <w:rPr>
          <w:color w:val="566573"/>
          <w:sz w:val="16"/>
        </w:rPr>
        <w:t>Land</w:t>
      </w:r>
    </w:p>
    <w:p>
      <w:pPr>
        <w:spacing w:after="40"/>
        <w:pBdr>
          <w:bottom w:val="single" w:sz="6" w:space="1" w:color="8E9AA3"/>
        </w:pBdr>
      </w:pPr>
      <w:sdt>
        <w:sdtPr>
          <w:alias w:val="Land"/>
          <w:tag w:val="glaeubiger_land"/>
          <w:id w:val="628765850"/>
          <w:showingPlcHdr/>
          <w:text/>
        </w:sdtPr>
        <w:sdtContent>
          <w:r>
            <w:rPr>
              <w:rStyle w:val="PlaceholderText"/>
              <w:shd w:val="clear" w:color="auto" w:fill="E8EDE9"/>
            </w:rPr>
            <w:t xml:space="preserve">[Land]</w:t>
          </w:r>
        </w:sdtContent>
      </w:sdt>
    </w:p>
    <w:p>
      <w:pPr>
        <w:keepNext/>
        <w:spacing w:before="100" w:after="0"/>
      </w:pPr>
      <w:r>
        <w:rPr>
          <w:color w:val="566573"/>
          <w:sz w:val="16"/>
        </w:rPr>
        <w:t>Gläubiger-Identifikationsnummer</w:t>
      </w:r>
    </w:p>
    <w:p>
      <w:pPr>
        <w:spacing w:after="40"/>
        <w:pBdr>
          <w:bottom w:val="single" w:sz="6" w:space="1" w:color="8E9AA3"/>
        </w:pBdr>
      </w:pPr>
      <w:sdt>
        <w:sdtPr>
          <w:alias w:val="Gläubiger-Identifikationsnummer"/>
          <w:tag w:val="glaeubiger_id"/>
          <w:id w:val="552491298"/>
          <w:showingPlcHdr/>
          <w:text/>
        </w:sdtPr>
        <w:sdtContent>
          <w:r>
            <w:rPr>
              <w:rStyle w:val="PlaceholderText"/>
              <w:shd w:val="clear" w:color="auto" w:fill="E8EDE9"/>
            </w:rPr>
            <w:t xml:space="preserve">[Gläubiger-Identifikationsnummer]</w:t>
          </w:r>
        </w:sdtContent>
      </w:sdt>
    </w:p>
    <w:p>
      <w:pPr>
        <w:keepNext/>
        <w:spacing w:before="100" w:after="0"/>
      </w:pPr>
      <w:r>
        <w:rPr>
          <w:color w:val="566573"/>
          <w:sz w:val="16"/>
        </w:rPr>
        <w:t>Mandatsreferenz (vom Zahlungsempfänger auszufüllen)</w:t>
      </w:r>
    </w:p>
    <w:p>
      <w:pPr>
        <w:spacing w:after="40"/>
        <w:pBdr>
          <w:bottom w:val="single" w:sz="6" w:space="1" w:color="8E9AA3"/>
        </w:pBdr>
      </w:pPr>
      <w:sdt>
        <w:sdtPr>
          <w:alias w:val="Mandatsreferenz"/>
          <w:tag w:val="mandatsreferenz"/>
          <w:id w:val="550921465"/>
          <w:showingPlcHdr/>
          <w:text/>
        </w:sdtPr>
        <w:sdtContent>
          <w:r>
            <w:rPr>
              <w:rStyle w:val="PlaceholderText"/>
              <w:shd w:val="clear" w:color="auto" w:fill="E8EDE9"/>
            </w:rPr>
            <w:t xml:space="preserve">[Mandatsreferenz]</w:t>
          </w:r>
        </w:sdtContent>
      </w:sdt>
    </w:p>
    <w:p>
      <w:pPr>
        <w:spacing w:before="240"/>
      </w:pPr>
      <w:r>
        <w:t xml:space="preserve">Ich ermächtige/Wir ermächtigen </w:t>
      </w:r>
      <w:sdt>
        <w:sdtPr>
          <w:alias w:val="Name des Zahlungsempfängers"/>
          <w:tag w:val="glaeubiger_name_text"/>
          <w:id w:val="695134720"/>
          <w:showingPlcHdr/>
          <w:text/>
        </w:sdtPr>
        <w:sdtContent>
          <w:r>
            <w:rPr>
              <w:rStyle w:val="PlaceholderText"/>
              <w:shd w:val="clear" w:color="auto" w:fill="E8EDE9"/>
            </w:rPr>
            <w:t xml:space="preserve">[Name des Zahlungsempfängers]</w:t>
          </w:r>
        </w:sdtContent>
      </w:sdt>
      <w:r>
        <w:t xml:space="preserve">, Zahlungen von meinem/unserem Konto mittels Lastschrift einzuziehen. Zugleich weise ich mein/weisen wir unser Kreditinstitut an, die von </w:t>
      </w:r>
      <w:sdt>
        <w:sdtPr>
          <w:alias w:val="Name des Zahlungsempfängers"/>
          <w:tag w:val="glaeubiger_name_text"/>
          <w:id w:val="983528841"/>
          <w:showingPlcHdr/>
          <w:text/>
        </w:sdtPr>
        <w:sdtContent>
          <w:r>
            <w:rPr>
              <w:rStyle w:val="PlaceholderText"/>
              <w:shd w:val="clear" w:color="auto" w:fill="E8EDE9"/>
            </w:rPr>
            <w:t xml:space="preserve">[Name des Zahlungsempfängers]</w:t>
          </w:r>
        </w:sdtContent>
      </w:sdt>
      <w:r>
        <w:t xml:space="preserve"> auf mein/unser Konto gezogenen Lastschriften einzulösen.</w:t>
      </w:r>
    </w:p>
    <w:p>
      <w:pPr>
        <w:spacing w:before="60"/>
      </w:pPr>
      <w:r>
        <w:t>Hinweis: Dieses Lastschriftmandat dient nur dem Einzug von Lastschriften, die auf Konten von Unternehmen gezogen sind. Ich bin (Wir sind) nicht berechtigt, nach der erfolgten Einlösung eine Erstattung des belasteten Betrages zu verlangen. Ich bin (Wir sind) berechtigt, mein (unser) Kreditinstitut bis zum Fälligkeitstag anzuweisen, Lastschriften nicht einzulösen.</w:t>
      </w:r>
    </w:p>
    <w:p>
      <w:pPr>
        <w:spacing w:before="160"/>
      </w:pPr>
      <w:r>
        <w:rPr>
          <w:b/>
        </w:rPr>
        <w:t xml:space="preserve">Zahlungsart:   </w:t>
      </w:r>
      <w:r>
        <w:t>☐ Wiederkehrende Zahlung      ☐ Einmalige Zahlung</w:t>
      </w:r>
    </w:p>
    <w:p>
      <w:pPr>
        <w:spacing w:before="160" w:after="40"/>
      </w:pPr>
      <w:r>
        <w:rPr>
          <w:b/>
          <w:sz w:val="22"/>
        </w:rPr>
        <w:t>Zahlungspflichtiger (Kontoinhaber)</w:t>
      </w:r>
    </w:p>
    <w:p>
      <w:pPr>
        <w:keepNext/>
        <w:spacing w:before="100" w:after="0"/>
      </w:pPr>
      <w:r>
        <w:rPr>
          <w:color w:val="566573"/>
          <w:sz w:val="16"/>
        </w:rPr>
        <w:t>Name des Zahlungspflichtigen (Unternehmen, Kontoinhaber)</w:t>
      </w:r>
    </w:p>
    <w:p>
      <w:pPr>
        <w:spacing w:before="180" w:after="40"/>
        <w:pBdr>
          <w:bottom w:val="single" w:sz="6" w:space="1" w:color="8E9AA3"/>
        </w:pBdr>
      </w:pPr>
    </w:p>
    <w:p>
      <w:pPr>
        <w:keepNext/>
        <w:spacing w:before="100" w:after="0"/>
      </w:pPr>
      <w:r>
        <w:rPr>
          <w:color w:val="566573"/>
          <w:sz w:val="16"/>
        </w:rPr>
        <w:t>Straße und Hausnummer</w:t>
      </w:r>
    </w:p>
    <w:p>
      <w:pPr>
        <w:spacing w:before="180" w:after="40"/>
        <w:pBdr>
          <w:bottom w:val="single" w:sz="6" w:space="1" w:color="8E9AA3"/>
        </w:pBdr>
      </w:pPr>
    </w:p>
    <w:p>
      <w:pPr>
        <w:keepNext/>
        <w:spacing w:before="100" w:after="0"/>
      </w:pPr>
      <w:r>
        <w:rPr>
          <w:color w:val="566573"/>
          <w:sz w:val="16"/>
        </w:rPr>
        <w:t>Postleitzahl und Ort</w:t>
      </w:r>
    </w:p>
    <w:p>
      <w:pPr>
        <w:spacing w:before="180" w:after="40"/>
        <w:pBdr>
          <w:bottom w:val="single" w:sz="6" w:space="1" w:color="8E9AA3"/>
        </w:pBdr>
      </w:pPr>
    </w:p>
    <w:p>
      <w:pPr>
        <w:keepNext/>
        <w:spacing w:before="100" w:after="0"/>
      </w:pPr>
      <w:r>
        <w:rPr>
          <w:color w:val="566573"/>
          <w:sz w:val="16"/>
        </w:rPr>
        <w:t>Land</w:t>
      </w:r>
    </w:p>
    <w:p>
      <w:pPr>
        <w:spacing w:before="180" w:after="40"/>
        <w:pBdr>
          <w:bottom w:val="single" w:sz="6" w:space="1" w:color="8E9AA3"/>
        </w:pBdr>
      </w:pPr>
    </w:p>
    <w:p>
      <w:pPr>
        <w:keepNext/>
        <w:spacing w:before="100" w:after="0"/>
      </w:pPr>
      <w:r>
        <w:rPr>
          <w:color w:val="566573"/>
          <w:sz w:val="16"/>
        </w:rPr>
        <w:t>IBAN des Zahlungspflichtigen</w:t>
      </w:r>
    </w:p>
    <w:p>
      <w:pPr>
        <w:spacing w:before="180" w:after="40"/>
        <w:pBdr>
          <w:bottom w:val="single" w:sz="6" w:space="1" w:color="8E9AA3"/>
        </w:pBdr>
      </w:pPr>
    </w:p>
    <w:p>
      <w:pPr>
        <w:keepNext/>
        <w:spacing w:before="100" w:after="0"/>
      </w:pPr>
      <w:r>
        <w:rPr>
          <w:color w:val="566573"/>
          <w:sz w:val="16"/>
        </w:rPr>
        <w:t>BIC (nur erforderlich, wenn eine Bank außerhalb des EWR beteiligt ist)</w:t>
      </w:r>
    </w:p>
    <w:p>
      <w:pPr>
        <w:spacing w:before="180" w:after="40"/>
        <w:pBdr>
          <w:bottom w:val="single" w:sz="6" w:space="1" w:color="8E9AA3"/>
        </w:pBdr>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948"/>
        <w:gridCol w:w="340"/>
        <w:gridCol w:w="1928"/>
        <w:gridCol w:w="340"/>
        <w:gridCol w:w="4082"/>
      </w:tblGrid>
      <w:tr>
        <w:tc>
          <w:tcPr>
            <w:tcW w:type="dxa" w:w="2948"/>
            <w:tcBorders>
              <w:bottom w:val="single" w:sz="6" w:space="0" w:color="8E9AA3"/>
            </w:tcBorders>
          </w:tcPr>
          <w:p>
            <w:pPr>
              <w:spacing w:after="20" w:before="200"/>
            </w:pPr>
            <w:r>
              <w:rPr>
                <w:color w:val="566573"/>
                <w:sz w:val="15"/>
              </w:rPr>
              <w:t>Ort</w:t>
            </w:r>
          </w:p>
          <w:p>
            <w:pPr>
              <w:spacing w:after="360"/>
            </w:pPr>
          </w:p>
        </w:tc>
        <w:tc>
          <w:tcPr>
            <w:tcW w:type="dxa" w:w="340"/>
          </w:tcPr>
          <w:p/>
        </w:tc>
        <w:tc>
          <w:tcPr>
            <w:tcW w:type="dxa" w:w="1928"/>
            <w:tcBorders>
              <w:bottom w:val="single" w:sz="6" w:space="0" w:color="8E9AA3"/>
            </w:tcBorders>
          </w:tcPr>
          <w:p>
            <w:pPr>
              <w:spacing w:after="20" w:before="200"/>
            </w:pPr>
            <w:r>
              <w:rPr>
                <w:color w:val="566573"/>
                <w:sz w:val="15"/>
              </w:rPr>
              <w:t>Datum</w:t>
            </w:r>
          </w:p>
          <w:p>
            <w:pPr>
              <w:spacing w:after="360"/>
            </w:pPr>
          </w:p>
        </w:tc>
        <w:tc>
          <w:tcPr>
            <w:tcW w:type="dxa" w:w="340"/>
          </w:tcPr>
          <w:p/>
        </w:tc>
        <w:tc>
          <w:tcPr>
            <w:tcW w:type="dxa" w:w="4082"/>
            <w:tcBorders>
              <w:bottom w:val="single" w:sz="6" w:space="0" w:color="8E9AA3"/>
            </w:tcBorders>
          </w:tcPr>
          <w:p>
            <w:pPr>
              <w:spacing w:after="20" w:before="200"/>
            </w:pPr>
            <w:r>
              <w:rPr>
                <w:color w:val="566573"/>
                <w:sz w:val="15"/>
              </w:rPr>
              <w:t>Unterschrift(en) des Zahlungspflichtigen</w:t>
            </w:r>
          </w:p>
          <w:p>
            <w:pPr>
              <w:spacing w:after="360"/>
            </w:pPr>
          </w:p>
        </w:tc>
      </w:tr>
    </w:tbl>
    <w:p>
      <w:pPr>
        <w:spacing w:before="160"/>
      </w:pPr>
      <w:r>
        <w:rPr>
          <w:sz w:val="17"/>
        </w:rPr>
        <w:t xml:space="preserve">Bitte unterschrieben zurücksenden an: </w:t>
      </w:r>
      <w:sdt>
        <w:sdtPr>
          <w:alias w:val="Name des Zahlungsempfängers, Straße und Hausnummer, Postleitzahl und Ort"/>
          <w:tag w:val="zuruecksenden"/>
          <w:id w:val="143818129"/>
          <w:showingPlcHdr/>
          <w:text/>
        </w:sdtPr>
        <w:sdtContent>
          <w:r>
            <w:rPr>
              <w:rStyle w:val="PlaceholderText"/>
              <w:shd w:val="clear" w:color="auto" w:fill="E8EDE9"/>
            </w:rPr>
            <w:t xml:space="preserve">[Name des Zahlungsempfängers, Straße und Hausnummer, Postleitzahl und Ort]</w:t>
          </w:r>
        </w:sdtContent>
      </w:sdt>
    </w:p>
    <w:p>
      <w:pPr>
        <w:spacing w:before="360"/>
      </w:pPr>
      <w:r>
        <w:rPr>
          <w:i/>
          <w:sz w:val="17"/>
        </w:rPr>
        <w:t>Wichtig für den Zahlungspflichtigen: Bestätigen Sie dieses Mandat vor der ersten Lastschrift bei Ihrer Bank, zum Beispiel mit einer Kopie. Ohne Bestätigung gibt Ihre Bank die Lastschrift zurück.</w:t>
      </w:r>
    </w:p>
    <w:sectPr w:rsidR="00FC693F" w:rsidRPr="0006063C" w:rsidSect="00034616">
      <w:footerReference w:type="default" r:id="rId9"/>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66573"/>
        <w:sz w:val="14"/>
      </w:rPr>
      <w:t>Vorlage von sepafilechecker.com – SEPA-Lastschriftdateien kostenlos prüfen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olor w:val="1728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59636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SEPA-Firmenlastschrift-Mandat</dc:title>
  <dc:subject>SEPA-Firmenlastschrift-Mandat</dc:subject>
  <dc:creator>sepafilechecker.com</dc:creator>
  <cp:keywords/>
  <dc:description>Ersetzen Sie die grau hinterlegten Angaben in eckigen Klammern durch Ihre Daten. Den Mandatstext selbst ändern Sie nicht.</dc:description>
  <cp:lastModifiedBy/>
  <cp:revision>1</cp:revision>
  <dcterms:created xsi:type="dcterms:W3CDTF">2013-12-23T23:15:00Z</dcterms:created>
  <dcterms:modified xsi:type="dcterms:W3CDTF">2013-12-23T23:15:00Z</dcterms:modified>
  <cp:category/>
  <dc:language>de-DE</dc:language>
</cp:coreProperties>
</file>