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4"/>
        </w:rPr>
        <w:t>SEPA-Lastschriftmandat</w:t>
      </w:r>
    </w:p>
    <w:p>
      <w:pPr>
        <w:spacing w:before="160" w:after="40"/>
      </w:pPr>
      <w:r>
        <w:rPr>
          <w:b/>
          <w:sz w:val="22"/>
        </w:rPr>
        <w:t>Zahlungsempfänger (Gläubiger)</w:t>
      </w:r>
    </w:p>
    <w:p>
      <w:pPr>
        <w:keepNext/>
        <w:spacing w:before="100" w:after="0"/>
      </w:pPr>
      <w:r>
        <w:rPr>
          <w:color w:val="566573"/>
          <w:sz w:val="16"/>
        </w:rPr>
        <w:t>Name des Zahlungsempfängers</w:t>
      </w:r>
    </w:p>
    <w:p>
      <w:pPr>
        <w:spacing w:after="40"/>
        <w:pBdr>
          <w:bottom w:val="single" w:sz="6" w:space="1" w:color="8E9AA3"/>
        </w:pBdr>
      </w:pPr>
      <w:sdt>
        <w:sdtPr>
          <w:alias w:val="Name des Zahlungsempfängers"/>
          <w:tag w:val="glaeubiger_name"/>
          <w:id w:val="264287721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[Name des Zahlungsempfängers]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Straße und Hausnummer</w:t>
      </w:r>
    </w:p>
    <w:p>
      <w:pPr>
        <w:spacing w:after="40"/>
        <w:pBdr>
          <w:bottom w:val="single" w:sz="6" w:space="1" w:color="8E9AA3"/>
        </w:pBdr>
      </w:pPr>
      <w:sdt>
        <w:sdtPr>
          <w:alias w:val="Straße und Hausnummer"/>
          <w:tag w:val="glaeubiger_strasse"/>
          <w:id w:val="153581317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[Straße und Hausnummer]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Postleitzahl und Ort</w:t>
      </w:r>
    </w:p>
    <w:p>
      <w:pPr>
        <w:spacing w:after="40"/>
        <w:pBdr>
          <w:bottom w:val="single" w:sz="6" w:space="1" w:color="8E9AA3"/>
        </w:pBdr>
      </w:pPr>
      <w:sdt>
        <w:sdtPr>
          <w:alias w:val="Postleitzahl und Ort"/>
          <w:tag w:val="glaeubiger_ort"/>
          <w:id w:val="967784698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[Postleitzahl und Ort]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Land</w:t>
      </w:r>
    </w:p>
    <w:p>
      <w:pPr>
        <w:spacing w:after="40"/>
        <w:pBdr>
          <w:bottom w:val="single" w:sz="6" w:space="1" w:color="8E9AA3"/>
        </w:pBdr>
      </w:pPr>
      <w:sdt>
        <w:sdtPr>
          <w:alias w:val="Land"/>
          <w:tag w:val="glaeubiger_land"/>
          <w:id w:val="238952483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[Land]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Gläubiger-Identifikationsnummer</w:t>
      </w:r>
    </w:p>
    <w:p>
      <w:pPr>
        <w:spacing w:after="40"/>
        <w:pBdr>
          <w:bottom w:val="single" w:sz="6" w:space="1" w:color="8E9AA3"/>
        </w:pBdr>
      </w:pPr>
      <w:sdt>
        <w:sdtPr>
          <w:alias w:val="Gläubiger-Identifikationsnummer"/>
          <w:tag w:val="glaeubiger_id"/>
          <w:id w:val="304722411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[Gläubiger-Identifikationsnummer]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Mandatsreferenz (vom Zahlungsempfänger auszufüllen)</w:t>
      </w:r>
    </w:p>
    <w:p>
      <w:pPr>
        <w:spacing w:after="40"/>
        <w:pBdr>
          <w:bottom w:val="single" w:sz="6" w:space="1" w:color="8E9AA3"/>
        </w:pBdr>
      </w:pPr>
      <w:sdt>
        <w:sdtPr>
          <w:alias w:val="Mandatsreferenz"/>
          <w:tag w:val="mandatsreferenz"/>
          <w:id w:val="742617126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[Mandatsreferenz]</w:t>
          </w:r>
        </w:sdtContent>
      </w:sdt>
    </w:p>
    <w:p>
      <w:pPr>
        <w:spacing w:before="240"/>
      </w:pPr>
      <w:r>
        <w:t xml:space="preserve">Ich ermächtige/Wir ermächtigen </w:t>
      </w:r>
      <w:sdt>
        <w:sdtPr>
          <w:alias w:val="Name des Zahlungsempfängers"/>
          <w:tag w:val="glaeubiger_name_text"/>
          <w:id w:val="301419201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[Name des Zahlungsempfängers]</w:t>
          </w:r>
        </w:sdtContent>
      </w:sdt>
      <w:r>
        <w:t xml:space="preserve">, Zahlungen von meinem/unserem Konto mittels Lastschrift einzuziehen. Zugleich weise ich mein/weisen wir unser Kreditinstitut an, die von </w:t>
      </w:r>
      <w:sdt>
        <w:sdtPr>
          <w:alias w:val="Name des Zahlungsempfängers"/>
          <w:tag w:val="glaeubiger_name_text"/>
          <w:id w:val="538465095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[Name des Zahlungsempfängers]</w:t>
          </w:r>
        </w:sdtContent>
      </w:sdt>
      <w:r>
        <w:t xml:space="preserve"> auf mein/unser Konto gezogenen Lastschriften einzulösen.</w:t>
      </w:r>
    </w:p>
    <w:p>
      <w:pPr>
        <w:spacing w:before="60"/>
      </w:pPr>
      <w:r>
        <w:t>Hinweis: Ich kann/Wir können innerhalb von acht Wochen, beginnend mit dem Belastungsdatum, die Erstattung des belasteten Betrages verlangen. Es gelten dabei die mit meinem/unserem Kreditinstitut vereinbarten Bedingungen.</w:t>
      </w:r>
    </w:p>
    <w:p>
      <w:pPr>
        <w:spacing w:before="160"/>
      </w:pPr>
      <w:r>
        <w:rPr>
          <w:b/>
        </w:rPr>
        <w:t xml:space="preserve">Zahlungsart:   </w:t>
      </w:r>
      <w:r>
        <w:t>☐ Wiederkehrende Zahlung      ☐ Einmalige Zahlung</w:t>
      </w:r>
    </w:p>
    <w:p>
      <w:pPr>
        <w:spacing w:before="160" w:after="40"/>
      </w:pPr>
      <w:r>
        <w:rPr>
          <w:b/>
          <w:sz w:val="22"/>
        </w:rPr>
        <w:t>Zahlungspflichtiger (Kontoinhaber)</w:t>
      </w:r>
    </w:p>
    <w:p>
      <w:pPr>
        <w:keepNext/>
        <w:spacing w:before="100" w:after="0"/>
      </w:pPr>
      <w:r>
        <w:rPr>
          <w:color w:val="566573"/>
          <w:sz w:val="16"/>
        </w:rPr>
        <w:t>Name des Zahlungspflichtigen (Kontoinhaber)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Straße und Hausnummer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Postleitzahl und Ort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Land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IBAN des Zahlungspflichtigen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BIC (nur erforderlich, wenn eine Bank außerhalb des EWR beteiligt ist)</w:t>
      </w:r>
    </w:p>
    <w:p>
      <w:pPr>
        <w:spacing w:before="180" w:after="40"/>
        <w:pBdr>
          <w:bottom w:val="single" w:sz="6" w:space="1" w:color="8E9AA3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48"/>
        <w:gridCol w:w="340"/>
        <w:gridCol w:w="1928"/>
        <w:gridCol w:w="340"/>
        <w:gridCol w:w="4082"/>
      </w:tblGrid>
      <w:tr>
        <w:tc>
          <w:tcPr>
            <w:tcW w:type="dxa" w:w="294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Ort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192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Datum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4082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Unterschrift(en) des Zahlungspflichtigen</w:t>
            </w:r>
          </w:p>
          <w:p>
            <w:pPr>
              <w:spacing w:after="360"/>
            </w:pPr>
          </w:p>
        </w:tc>
      </w:tr>
    </w:tbl>
    <w:p>
      <w:pPr>
        <w:spacing w:before="200"/>
      </w:pPr>
      <w:r>
        <w:rPr>
          <w:sz w:val="17"/>
        </w:rPr>
        <w:t>Hinweis: Meine/Unsere Rechte zu dem obigen Mandat sind in einem Merkblatt enthalten, das ich/wir von meinem/unserem Kreditinstitut erhalten kann/können.</w:t>
      </w:r>
    </w:p>
    <w:p>
      <w:pPr>
        <w:spacing w:before="160"/>
      </w:pPr>
      <w:r>
        <w:rPr>
          <w:sz w:val="17"/>
        </w:rPr>
        <w:t xml:space="preserve">Bitte unterschrieben zurücksenden an: </w:t>
      </w:r>
      <w:sdt>
        <w:sdtPr>
          <w:alias w:val="Name des Zahlungsempfängers, Straße und Hausnummer, Postleitzahl und Ort"/>
          <w:tag w:val="zuruecksenden"/>
          <w:id w:val="208591919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[Name des Zahlungsempfängers, Straße und Hausnummer, Postleitzahl und Ort]</w:t>
          </w:r>
        </w:sdtContent>
      </w:sdt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6573"/>
        <w:sz w:val="14"/>
      </w:rPr>
      <w:t>Vorlage von sepafilechecker.com – SEPA-Lastschriftdateien kostenlos prüfen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728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59636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SEPA-Lastschriftmandat</dc:title>
  <dc:subject>SEPA-Lastschriftmandat</dc:subject>
  <dc:creator>sepafilechecker.com</dc:creator>
  <cp:keywords/>
  <dc:description>Ersetzen Sie die grau hinterlegten Angaben in eckigen Klammern durch Ihre Daten. Den Mandatstext selbst ändern Sie nicht.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